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אמני ההיעלמות - הסוואה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שונות שבהן בעלי חיים מתחפשים או מסתתרים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מדויק בטקסט מידעי ולהשתמש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הסקת מסקנות על בסיס עובדות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ההסוואה עוזרת גם לטורפים להתקרב לטרף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על שועל הקוטב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הטקסט מתאר שהוא מתנדנד קדימה ואחורה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מסתתר איך?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(מחליף צבע פרווה לפי העונה)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(נראה ומתנהג כמו ענף)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(נראה כמו עלה יבש)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(משנה צבע כהרף עין)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מסתתר או בולט?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מסתתר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נראה מסוכן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חושבים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השלג נמס והאדמה והסלעים חומים־אפורים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שניהם נראים כמו חלק של צמח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הערכה וביקורת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תמונה של חרק מקל על ענף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ממציאים בעל חיים מוסווה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יכתוב/תכתוב איפה בעל החיים חי, יסביר/תסביר איך הוא מסתתר (צבע, צורה או תנועה), ישתמש/תשתמש במילה אחת לפחות מהטקסט (הסוואה, חיקוי, טורף), ויכתוב/תכתוב לפחות 3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הסוואה = להיראות כמו הסביבה, חיקוי = להיראות כמו בעל חיים מסוכן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מהטקסט: שועל הקוטב, חרק המקל, הדיונון וכו'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בעיקר כדי לתקשר עם זיקיות אחרות, וגם להתחמם או להתקרר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להצביע על המקום בטקסט שבו מצאו את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מתאימה לעבודה בזוגות למי שמתקשה בכתיבה 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אמני ההיעלמות - הסוואה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בעלי חיים שמשתמשים בהסוואה ובחיקוי כדי להסתתר מטורפים או כדי להיראות מסוכנים.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הסוואה עוזרת רק לבעלי חיים שהם טרף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הפרווה של שועל הקוטב לבנה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חרק המקל מתנדנד כמו ענף ברוח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מי מסתתר איך?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שועל הקוטב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משנה צבע כהרף עין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חרק המקל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נראה כמו עלה יבש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פרפר העלה המת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נראה ומתנהג כמו ענף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הדיונון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מחליף צבע פרווה לפי העונה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מסתתר או בולט?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הדיונון על קרקעית הים - מסתתר או נראה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מסתתר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נראה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הזבוב רחפנית עם פסים צהובים־שחורים - מסתתר או נראה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מסתתר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נראה מסוכן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חושבים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הפרווה של שועל הקוטב מתחלפת לחומה בקיץ?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הוא מתלכלך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השלג נמס והאדמה והסלעים חומים־אפורים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קר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המשותף לחרק המקל ולפרפר העלה המת?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שניהם חיים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שניהם נראים כמו חלק של צמח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שניהם משנים צבע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הערכה וביקורת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תמונה הכי תעזור להבין את פסקה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תמונה של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תמונה של חרק מקל על ענף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תמונה של דג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ממציאים בעל חיים מוסווה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המציאו בעל חיים שמסתתר במקום שאתם מכירים (בכיתה, בחצר, בחוף). כתבו 3-4 משפטים: איפה הוא חי, איך הוא מסתתר (צבע, צורה או תנועה), וממי.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הסוואה לחיקוי?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לבעל חיים שמסתתר בצבע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אמני ההיעלמות - הסוואה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