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שונות שבהן בעלי חיים מתחפשים או מסתתרים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מדויק בטקסט מידעי ולהשתמש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הסקת מסקנות על בסיס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ההסוואה עוזרת גם לטורפים להתקרב לטרף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שועל הקוטב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הטקסט מתאר שהוא מתנדנד קדימה ואחורה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הדיונון משנה צבע בתוך פחות משנייה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מדענים גילו שהיא משנה צבע בעיקר כדי לתקשר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מסתתר איך?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(מחליף צבע פרווה לפי העונה)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(נראה ומתנהג כמו ענף)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(נראה כמו עלה 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(משנה צבע כהרף 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(נראה כמו צרעה)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מסתתר או בולט?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מסתתר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מסתתר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נראה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מסתתר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חושבים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השלג נמס והאדמה והסלעים חומים־אפורים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להיראות כמו בעל חיים מסוכן בלי להיות מסוכן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שניהם נראים כמו חלק של 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 לו פסים כמו צרעה וציפורים נזהרות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הערכה וביקורת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לתקן רעיון שגוי שרבים מאמינים 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תמונה של חרק מקל על ענף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ממציאים בעל חיים מוסווה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איפה בעל החיים חי, יסביר/תסביר איך הוא מסתתר (צבע, צורה או תנועה), ישתמש/תשתמש במילה אחת לפחות מהטקסט (הסוואה, חיקוי, טורף), ויכתוב/תכתוב לפחות 3 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הסוואה = להיראות כמו הסביבה, חיקוי = להיראות כמו בעל חיים מסוכן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מהטקסט: שועל הקוטב, חרק המקל, הדיונון וכו'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בעיקר כדי לתקשר עם זיקיות אחרות, וגם להתחמם או להתקרר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על המקום בטקסט שבו מצאו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לעבודה בזוגות למי שמתקשה בכתיבה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אמני ההיעלמות - הסוואה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בעלי חיים מתחבאים או נראים מסוכנים כדי להישאר בטוחים.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להיראות כמו הסביבה כדי שלא יבחינו בך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שאוכלים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שאוכל בעלי חיים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חיקוי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להיראות כמו בעל חיים מסוכן בלי להיות מסוכן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השיער שמכסה את גוף בעל החיים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דיונון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 חיים ימי קרוב משפחה של התמנון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זיקית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לטאה שמשנה צבע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הסוואה עוזרת רק לבעלי חיים שהם טרף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בחורף הפרווה של שועל הקוטב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חרק המקל מתנדנד כמו ענף ברוח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הדיונון משנה צבע לאט, במשך שעה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הזיקית משנה צבע בעיקר כדי להתחבא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הזבוב רחפנית אינו עוקץ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מסתתר איך?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הקוטב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נראה ומתנהג כמו ענף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חרק המקל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משנה צבע כהרף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פרפר העלה המת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נראה כמו צרעה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הדיונון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מחליף צבע פרווה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הזבוב רחפנית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נראה כמו עלה יבש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מסתתר או בולט?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עושה הדיונון - מתחבא או נראה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חרק המקל - מתחבא או נראה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הזבוב רחפנית - מתחבא או נראה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שועל הקוטב בשלג - מתחבא או נראה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נראה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מסתתר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חושבים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שועל הקוטב משנה צבע פרווה בקיץ?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מתלכלך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השלג נמס והאדמה והסלעים חומים־אפורים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קר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חיקוי?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להיראות כמו בעל חיים מסוכן בלי להיות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להתחבא בשלג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צבע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חרק המקל ופרפר העלה המת דומים?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שניהם חיים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נראים כמו חלק של צמח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משנים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עוקצים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ציפורים נזהרות מהזבוב רחפנית?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מהיר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ציפורים לא רואות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לו פסים כמו צרעה וציפורים נזהרות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גדול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הערכה וביקורת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יש פסקה מיוחדת על הזיקית?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לתקן רעיון שגוי שרבים מאמינים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הזיקית היא בעל החיים הגדול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לשכנע לגדל זיקית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תמונה מתאימה לפסקה על חרק המקל?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של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של חרק מקל על ענף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ממציאים בעל חיים מוסווה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המציאו בעל חיים שמסתתר במקום שאתם מכירים (בכיתה, בחצר, בחוף). כתבו 3-4 משפטים: איפה הוא חי, איך הוא מסתתר (צבע, צורה או תנועה), וממי.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הסוואה לחיקוי?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לבעל חיים שמסתתר בצבע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הזיקית משנה צבע?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אמני ההיעלמות - הסוואה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