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שבהן בעלי חיים מתחפשים או מסתתרים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על בסיס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ההסוואה עוזרת גם לטורפים להתקרב לטרף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שועל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מתאר שהוא מתנדנד קדימה ואחורה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הדיונון משנה צבע בתוך פחות משנייה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מדענים גילו שהיא משנה צבע בעיקר כדי לתקשר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מסתתר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(נראה ומתנהג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(נראה כמו עלה 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(משנה צבע כהרף 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(נראה כמו צרעה)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מסתתר או בולט?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מסתתר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נראה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מסתתר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השלג נמס והאדמה והסלעים חומים־אפורים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להיראות כמו בעל חיים מסוכן בלי להיות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שניהם נראים כמו חלק של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 לו פסים כמו צרעה וציפורים נזהרות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לתקן רעיון שגוי שרבים מאמינים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תמונה של חרק מקל על ענף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ממציאים בעל חיים מוסווה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איפה בעל החיים חי, יסביר/תסביר איך הוא מסתתר (צבע, צורה או תנועה), ישתמש/תשתמש במילה אחת לפחות מהטקסט (הסוואה, חיקוי, טורף), ויכתוב/תכתוב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= להיראות כמו הסביבה, חיקוי = להיראות כמו בעל חיים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מהטקסט: שועל הקוטב, חרק המקל, הדיונון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כדי לתקשר עם זיקיות אחרות, וגם להתחמם או להתקרר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על המקום בטקסט שבו מצאו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למי שמתקשה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בעלי חיים שמשתמשים בהסוואה ובחיקוי כדי להסתתר מטורפים או כדי להיראות מסוכנים.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הסוואה עוזרת רק לבעלי חיים שהם טרף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הפרווה של שועל הקוטב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המקל מתנדנד כמו ענף ברוח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משנה צבע לאט, במשך 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משנה צבע בעיקר כדי להתחבא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רחפנית אינו עוקץ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מסתתר איך?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נראה ומתנהג כמו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נראה כמו צרעה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משנה צבע כהרף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מחליף צבע פרווה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נראה כמו עלה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מסתתר או בולט?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הדיונון על קרקעית הים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חרק המקל על עץ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הזבוב רחפנית עם פסים צהובים־שחורים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שועל הקוטב בשלג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הפרווה של שועל הקוטב מתחלפת לחומה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מתלכלך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השלג נמס והאדמה והסלעים חומים־אפורים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חיקוי בפסקה 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להיראות כמו בעל חיים מסוכן בלי להיות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להתחבא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צבע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המשותף לחרק המקל ולפרפר העלה המת?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חיים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נראים כמו חלק של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עוקצים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הזבוב רחפנית בטוח יחסית למרות שאינו עוקץ?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מהיר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ציפורים לא רואות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פסים כמו צרעה וציפורים נזהרות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גדול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הכותב כתב פסקה מיוחדת על הזיקית?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לתקן רעיון שגוי שרבים מאמינים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הזיקית היא בעל החיים הגדול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לשכנע לגדל זיקית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תמונה הכי תעזור להבין את פסקה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של חרק מקל על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ממציאים בעל חיים מוסווה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בעל חיים שמסתתר במקום שאתם מכירים (בכיתה, בחצר, בחוף). כתבו 3-4 משפטים: איפה הוא חי, איך הוא מסתתר (צבע, צורה או תנועה), וממי.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שמסתתר בצבע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הזיקית משנה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